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56472" w14:textId="442B9D61" w:rsidR="005606A7" w:rsidRDefault="00000000">
      <w:pPr>
        <w:jc w:val="center"/>
      </w:pPr>
      <w:r w:rsidRPr="00245D38">
        <w:rPr>
          <w:rFonts w:ascii="Courier New" w:hAnsi="Courier New" w:cs="Courier New"/>
          <w:b/>
          <w:color w:val="000000"/>
          <w:sz w:val="42"/>
        </w:rPr>
        <w:t>SCENITERIUM</w:t>
      </w:r>
      <w:r w:rsidRPr="00245D38">
        <w:rPr>
          <w:rFonts w:ascii="Courier New" w:hAnsi="Courier New" w:cs="Courier New"/>
          <w:sz w:val="36"/>
        </w:rPr>
        <w:t xml:space="preserve"> </w:t>
      </w:r>
      <w:r>
        <w:rPr>
          <w:sz w:val="36"/>
        </w:rPr>
        <w:t xml:space="preserve">· </w:t>
      </w:r>
      <w:r>
        <w:rPr>
          <w:color w:val="BE0000"/>
          <w:sz w:val="22"/>
        </w:rPr>
        <w:t>Programa de residencias</w:t>
      </w:r>
      <w:r w:rsidR="00245D38">
        <w:rPr>
          <w:color w:val="BE0000"/>
          <w:sz w:val="22"/>
        </w:rPr>
        <w:t>/</w:t>
      </w:r>
      <w:r w:rsidR="00281C69">
        <w:rPr>
          <w:color w:val="BE0000"/>
          <w:sz w:val="22"/>
        </w:rPr>
        <w:t xml:space="preserve"> </w:t>
      </w:r>
      <w:proofErr w:type="spellStart"/>
      <w:r w:rsidR="00245D38">
        <w:rPr>
          <w:color w:val="BE0000"/>
          <w:sz w:val="22"/>
        </w:rPr>
        <w:t>Egonaldi</w:t>
      </w:r>
      <w:proofErr w:type="spellEnd"/>
      <w:r w:rsidR="00245D38">
        <w:rPr>
          <w:color w:val="BE0000"/>
          <w:sz w:val="22"/>
        </w:rPr>
        <w:t xml:space="preserve"> </w:t>
      </w:r>
      <w:proofErr w:type="spellStart"/>
      <w:r w:rsidR="00245D38">
        <w:rPr>
          <w:color w:val="BE0000"/>
          <w:sz w:val="22"/>
        </w:rPr>
        <w:t>programa</w:t>
      </w:r>
      <w:proofErr w:type="spellEnd"/>
      <w:r w:rsidR="00245D38">
        <w:rPr>
          <w:color w:val="BE0000"/>
          <w:sz w:val="22"/>
        </w:rPr>
        <w:t xml:space="preserve">/ </w:t>
      </w:r>
      <w:r w:rsidR="00281C69">
        <w:rPr>
          <w:color w:val="BE0000"/>
          <w:sz w:val="22"/>
        </w:rPr>
        <w:t>R</w:t>
      </w:r>
      <w:r w:rsidR="00245D38">
        <w:rPr>
          <w:color w:val="BE0000"/>
          <w:sz w:val="22"/>
        </w:rPr>
        <w:t>esidency program</w:t>
      </w:r>
    </w:p>
    <w:p w14:paraId="212B2D00" w14:textId="77777777" w:rsidR="005606A7" w:rsidRDefault="00000000">
      <w:pPr>
        <w:jc w:val="center"/>
      </w:pPr>
      <w:r>
        <w:rPr>
          <w:sz w:val="18"/>
        </w:rPr>
        <w:t>Sorkuntza-egonaldietarako fitxa teknikoa / Ficha técnica para residencias de creación / Technical form for creation residencies</w:t>
      </w:r>
    </w:p>
    <w:p w14:paraId="63982CAF" w14:textId="77777777" w:rsidR="00281C69" w:rsidRDefault="00281C69">
      <w:pPr>
        <w:rPr>
          <w:b/>
          <w:sz w:val="16"/>
          <w:szCs w:val="16"/>
        </w:rPr>
      </w:pPr>
    </w:p>
    <w:p w14:paraId="106A2CB3" w14:textId="68140888" w:rsidR="005606A7" w:rsidRDefault="00000000">
      <w:r w:rsidRPr="00281C69">
        <w:rPr>
          <w:b/>
          <w:sz w:val="16"/>
          <w:szCs w:val="16"/>
        </w:rPr>
        <w:t xml:space="preserve">Oharra / Nota / Note: </w:t>
      </w:r>
      <w:r w:rsidRPr="00281C69">
        <w:rPr>
          <w:sz w:val="16"/>
          <w:szCs w:val="16"/>
        </w:rPr>
        <w:t>Fitxa hau hautatutako konpainiek bete beharko dute egonaldiaren beharrak zehazteko. Ez du rider teknikoa ordezkatzen; beharrezkoa bada, riderra erantsi. / Esta ficha deberá ser cumplimentada por las compañías seleccionadas para concretar las necesidades de la residencia. No sustituye al rider técnico; en caso necesario, adjuntarlo. / This form must be completed by the selected companies to define the needs of the residency. It does not replace the technical rider; please attach it if applicable</w:t>
      </w:r>
      <w:r>
        <w:t>.</w:t>
      </w:r>
    </w:p>
    <w:p w14:paraId="54417E62" w14:textId="77777777" w:rsidR="005606A7" w:rsidRDefault="00000000">
      <w:pPr>
        <w:spacing w:before="140" w:after="60"/>
      </w:pPr>
      <w:r>
        <w:rPr>
          <w:b/>
          <w:color w:val="FFFFFF"/>
          <w:sz w:val="20"/>
        </w:rPr>
        <w:t>1. KONPAINIAREN DATUAK / DATOS DE LA COMPAÑÍA / COMPANY DETAILS</w:t>
      </w:r>
    </w:p>
    <w:tbl>
      <w:tblPr>
        <w:tblW w:w="0" w:type="auto"/>
        <w:jc w:val="center"/>
        <w:tblBorders>
          <w:top w:val="single" w:sz="4" w:space="0" w:color="C90000"/>
          <w:left w:val="single" w:sz="4" w:space="0" w:color="C90000"/>
          <w:bottom w:val="single" w:sz="4" w:space="0" w:color="C90000"/>
          <w:right w:val="single" w:sz="4" w:space="0" w:color="C90000"/>
          <w:insideH w:val="single" w:sz="4" w:space="0" w:color="C90000"/>
          <w:insideV w:val="single" w:sz="4" w:space="0" w:color="C90000"/>
        </w:tblBorders>
        <w:tblLook w:val="04A0" w:firstRow="1" w:lastRow="0" w:firstColumn="1" w:lastColumn="0" w:noHBand="0" w:noVBand="1"/>
      </w:tblPr>
      <w:tblGrid>
        <w:gridCol w:w="5383"/>
        <w:gridCol w:w="5383"/>
      </w:tblGrid>
      <w:tr w:rsidR="005606A7" w14:paraId="0CBB812D" w14:textId="77777777">
        <w:trPr>
          <w:jc w:val="center"/>
        </w:trPr>
        <w:tc>
          <w:tcPr>
            <w:tcW w:w="10766" w:type="dxa"/>
            <w:gridSpan w:val="2"/>
            <w:shd w:val="clear" w:color="auto" w:fill="C90000"/>
            <w:vAlign w:val="center"/>
          </w:tcPr>
          <w:p w14:paraId="6F9A47A5" w14:textId="77777777" w:rsidR="005606A7" w:rsidRDefault="00000000">
            <w:pPr>
              <w:spacing w:after="20"/>
            </w:pPr>
            <w:r>
              <w:rPr>
                <w:b/>
                <w:color w:val="FFFFFF"/>
                <w:sz w:val="19"/>
              </w:rPr>
              <w:t>1. KONPAINIAREN DATUAK / DATOS DE LA COMPAÑÍA / COMPANY DETAILS</w:t>
            </w:r>
          </w:p>
        </w:tc>
      </w:tr>
      <w:tr w:rsidR="005606A7" w14:paraId="3D1AF65C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1057551F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Konpainiaren izena / Nombre de la compañía / Company name</w:t>
            </w:r>
          </w:p>
        </w:tc>
        <w:tc>
          <w:tcPr>
            <w:tcW w:w="5383" w:type="dxa"/>
            <w:vAlign w:val="center"/>
          </w:tcPr>
          <w:p w14:paraId="01693B77" w14:textId="77777777" w:rsidR="005606A7" w:rsidRDefault="005606A7">
            <w:pPr>
              <w:spacing w:after="20"/>
            </w:pPr>
          </w:p>
        </w:tc>
      </w:tr>
      <w:tr w:rsidR="005606A7" w14:paraId="05C2A2B4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4E69EEC1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IFZ/Identifikazioa / CIF o identificación fiscal / VAT or tax ID</w:t>
            </w:r>
          </w:p>
        </w:tc>
        <w:tc>
          <w:tcPr>
            <w:tcW w:w="5383" w:type="dxa"/>
            <w:vAlign w:val="center"/>
          </w:tcPr>
          <w:p w14:paraId="50F9446B" w14:textId="77777777" w:rsidR="005606A7" w:rsidRDefault="005606A7">
            <w:pPr>
              <w:spacing w:after="20"/>
            </w:pPr>
          </w:p>
        </w:tc>
      </w:tr>
      <w:tr w:rsidR="005606A7" w14:paraId="486C7D99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16E8811A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Herria / Ciudad / City</w:t>
            </w:r>
          </w:p>
        </w:tc>
        <w:tc>
          <w:tcPr>
            <w:tcW w:w="5383" w:type="dxa"/>
            <w:vAlign w:val="center"/>
          </w:tcPr>
          <w:p w14:paraId="70AD6E47" w14:textId="77777777" w:rsidR="005606A7" w:rsidRDefault="005606A7">
            <w:pPr>
              <w:spacing w:after="20"/>
            </w:pPr>
          </w:p>
        </w:tc>
      </w:tr>
      <w:tr w:rsidR="005606A7" w14:paraId="17CDB8BC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051B2E54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Herrialdea / País / Country</w:t>
            </w:r>
          </w:p>
        </w:tc>
        <w:tc>
          <w:tcPr>
            <w:tcW w:w="5383" w:type="dxa"/>
            <w:vAlign w:val="center"/>
          </w:tcPr>
          <w:p w14:paraId="7ECCF486" w14:textId="77777777" w:rsidR="005606A7" w:rsidRDefault="005606A7">
            <w:pPr>
              <w:spacing w:after="20"/>
            </w:pPr>
          </w:p>
        </w:tc>
      </w:tr>
      <w:tr w:rsidR="005606A7" w14:paraId="6796317F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4A34C81B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Harremanetarako pertsona / Persona de contacto / Contact person</w:t>
            </w:r>
          </w:p>
        </w:tc>
        <w:tc>
          <w:tcPr>
            <w:tcW w:w="5383" w:type="dxa"/>
            <w:vAlign w:val="center"/>
          </w:tcPr>
          <w:p w14:paraId="65ED9C68" w14:textId="77777777" w:rsidR="005606A7" w:rsidRDefault="005606A7">
            <w:pPr>
              <w:spacing w:after="20"/>
            </w:pPr>
          </w:p>
        </w:tc>
      </w:tr>
      <w:tr w:rsidR="005606A7" w14:paraId="1CC878EA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07F5CEAD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Telefonoa / Teléfono / Phone</w:t>
            </w:r>
          </w:p>
        </w:tc>
        <w:tc>
          <w:tcPr>
            <w:tcW w:w="5383" w:type="dxa"/>
            <w:vAlign w:val="center"/>
          </w:tcPr>
          <w:p w14:paraId="7C0667C9" w14:textId="77777777" w:rsidR="005606A7" w:rsidRDefault="005606A7">
            <w:pPr>
              <w:spacing w:after="20"/>
            </w:pPr>
          </w:p>
        </w:tc>
      </w:tr>
      <w:tr w:rsidR="005606A7" w14:paraId="313317E0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51D37C41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E-maila / Correo electrónico / Email</w:t>
            </w:r>
          </w:p>
        </w:tc>
        <w:tc>
          <w:tcPr>
            <w:tcW w:w="5383" w:type="dxa"/>
            <w:vAlign w:val="center"/>
          </w:tcPr>
          <w:p w14:paraId="39529BE3" w14:textId="77777777" w:rsidR="005606A7" w:rsidRDefault="005606A7">
            <w:pPr>
              <w:spacing w:after="20"/>
            </w:pPr>
          </w:p>
        </w:tc>
      </w:tr>
      <w:tr w:rsidR="005606A7" w14:paraId="179A7423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1027C000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Webgunea edo sareak / Web o redes / Website or social media</w:t>
            </w:r>
          </w:p>
        </w:tc>
        <w:tc>
          <w:tcPr>
            <w:tcW w:w="5383" w:type="dxa"/>
            <w:vAlign w:val="center"/>
          </w:tcPr>
          <w:p w14:paraId="5FFD6862" w14:textId="77777777" w:rsidR="005606A7" w:rsidRDefault="005606A7">
            <w:pPr>
              <w:spacing w:after="20"/>
            </w:pPr>
          </w:p>
        </w:tc>
      </w:tr>
    </w:tbl>
    <w:p w14:paraId="1B6611D9" w14:textId="77777777" w:rsidR="005606A7" w:rsidRDefault="00000000">
      <w:pPr>
        <w:spacing w:before="140" w:after="60"/>
      </w:pPr>
      <w:r>
        <w:rPr>
          <w:b/>
          <w:color w:val="FFFFFF"/>
          <w:sz w:val="20"/>
        </w:rPr>
        <w:t>2. EGONALDIAREN DATUAK / DATOS DE LA RESIDENCIA / RESIDENCY DETAILS</w:t>
      </w:r>
    </w:p>
    <w:tbl>
      <w:tblPr>
        <w:tblW w:w="0" w:type="auto"/>
        <w:jc w:val="center"/>
        <w:tblBorders>
          <w:top w:val="single" w:sz="4" w:space="0" w:color="C90000"/>
          <w:left w:val="single" w:sz="4" w:space="0" w:color="C90000"/>
          <w:bottom w:val="single" w:sz="4" w:space="0" w:color="C90000"/>
          <w:right w:val="single" w:sz="4" w:space="0" w:color="C90000"/>
          <w:insideH w:val="single" w:sz="4" w:space="0" w:color="C90000"/>
          <w:insideV w:val="single" w:sz="4" w:space="0" w:color="C90000"/>
        </w:tblBorders>
        <w:tblLook w:val="04A0" w:firstRow="1" w:lastRow="0" w:firstColumn="1" w:lastColumn="0" w:noHBand="0" w:noVBand="1"/>
      </w:tblPr>
      <w:tblGrid>
        <w:gridCol w:w="5383"/>
        <w:gridCol w:w="5383"/>
      </w:tblGrid>
      <w:tr w:rsidR="005606A7" w14:paraId="3EF928B0" w14:textId="77777777">
        <w:trPr>
          <w:jc w:val="center"/>
        </w:trPr>
        <w:tc>
          <w:tcPr>
            <w:tcW w:w="10766" w:type="dxa"/>
            <w:gridSpan w:val="2"/>
            <w:shd w:val="clear" w:color="auto" w:fill="C90000"/>
            <w:vAlign w:val="center"/>
          </w:tcPr>
          <w:p w14:paraId="35C76EF9" w14:textId="77777777" w:rsidR="005606A7" w:rsidRDefault="00000000">
            <w:pPr>
              <w:spacing w:after="20"/>
            </w:pPr>
            <w:r>
              <w:rPr>
                <w:b/>
                <w:color w:val="FFFFFF"/>
                <w:sz w:val="19"/>
              </w:rPr>
              <w:t>2. EGONALDIAREN DATUAK / DATOS DE LA RESIDENCIA / RESIDENCY DETAILS</w:t>
            </w:r>
          </w:p>
        </w:tc>
      </w:tr>
      <w:tr w:rsidR="005606A7" w14:paraId="524D53DE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779AC6CB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Proiektuaren edo obraren izenburua / Título del proyecto u obra / Project or show title</w:t>
            </w:r>
          </w:p>
        </w:tc>
        <w:tc>
          <w:tcPr>
            <w:tcW w:w="5383" w:type="dxa"/>
            <w:vAlign w:val="center"/>
          </w:tcPr>
          <w:p w14:paraId="07C9584E" w14:textId="77777777" w:rsidR="005606A7" w:rsidRDefault="005606A7">
            <w:pPr>
              <w:spacing w:after="20"/>
            </w:pPr>
          </w:p>
        </w:tc>
      </w:tr>
      <w:tr w:rsidR="005606A7" w14:paraId="7041513E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7B9759F1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Aukeratutako lan-ildoa / Línea de trabajo / Line of work</w:t>
            </w:r>
          </w:p>
        </w:tc>
        <w:tc>
          <w:tcPr>
            <w:tcW w:w="5383" w:type="dxa"/>
            <w:vAlign w:val="center"/>
          </w:tcPr>
          <w:p w14:paraId="78625AC6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Topic.Ondare / Topic.Patrimonio     ☐ Topic.Lab</w:t>
            </w:r>
          </w:p>
        </w:tc>
      </w:tr>
      <w:tr w:rsidR="005606A7" w14:paraId="7E080925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14D6A658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Eskatutako modalitatea / Modalidad solicitada / Requested format</w:t>
            </w:r>
          </w:p>
        </w:tc>
        <w:tc>
          <w:tcPr>
            <w:tcW w:w="5383" w:type="dxa"/>
            <w:vAlign w:val="center"/>
          </w:tcPr>
          <w:p w14:paraId="09B84A53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Laburra / Corta / Short     ☐ Ertaina / Media / Medium     ☐ Luzea / Larga / Long</w:t>
            </w:r>
          </w:p>
        </w:tc>
      </w:tr>
      <w:tr w:rsidR="005606A7" w14:paraId="5B73B925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1553DD16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Egonaldiaren helburu nagusia / Objetivo principal de la residencia / Main objective of the residency</w:t>
            </w:r>
          </w:p>
        </w:tc>
        <w:tc>
          <w:tcPr>
            <w:tcW w:w="5383" w:type="dxa"/>
            <w:vAlign w:val="center"/>
          </w:tcPr>
          <w:p w14:paraId="4D554638" w14:textId="77777777" w:rsidR="005606A7" w:rsidRDefault="005606A7">
            <w:pPr>
              <w:spacing w:after="20"/>
            </w:pPr>
          </w:p>
        </w:tc>
      </w:tr>
      <w:tr w:rsidR="005606A7" w14:paraId="57438399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0192A260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Proiektuaren egungo fasea / Fase actual del proyecto / Current stage of the project</w:t>
            </w:r>
          </w:p>
        </w:tc>
        <w:tc>
          <w:tcPr>
            <w:tcW w:w="5383" w:type="dxa"/>
            <w:vAlign w:val="center"/>
          </w:tcPr>
          <w:p w14:paraId="716BFFDC" w14:textId="77777777" w:rsidR="005606A7" w:rsidRDefault="005606A7">
            <w:pPr>
              <w:spacing w:after="20"/>
            </w:pPr>
          </w:p>
        </w:tc>
      </w:tr>
      <w:tr w:rsidR="005606A7" w14:paraId="7018009B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541C6085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Lehentasunezko datak / Fechas preferentes / Preferred dates</w:t>
            </w:r>
          </w:p>
        </w:tc>
        <w:tc>
          <w:tcPr>
            <w:tcW w:w="5383" w:type="dxa"/>
            <w:vAlign w:val="center"/>
          </w:tcPr>
          <w:p w14:paraId="5FAFA349" w14:textId="77777777" w:rsidR="005606A7" w:rsidRDefault="005606A7">
            <w:pPr>
              <w:spacing w:after="20"/>
            </w:pPr>
          </w:p>
        </w:tc>
      </w:tr>
      <w:tr w:rsidR="005606A7" w14:paraId="158E005F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63DC3963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Ordutegi-beharrak / Necesidades horarias / Schedule needs</w:t>
            </w:r>
          </w:p>
        </w:tc>
        <w:tc>
          <w:tcPr>
            <w:tcW w:w="5383" w:type="dxa"/>
            <w:vAlign w:val="center"/>
          </w:tcPr>
          <w:p w14:paraId="12926734" w14:textId="77777777" w:rsidR="005606A7" w:rsidRDefault="005606A7">
            <w:pPr>
              <w:spacing w:after="20"/>
            </w:pPr>
          </w:p>
        </w:tc>
      </w:tr>
      <w:tr w:rsidR="005606A7" w14:paraId="554268AF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03B1051F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Lantaldeko pertsona kopurua / Nº de personas del equipo / Number of team members</w:t>
            </w:r>
          </w:p>
        </w:tc>
        <w:tc>
          <w:tcPr>
            <w:tcW w:w="5383" w:type="dxa"/>
            <w:vAlign w:val="center"/>
          </w:tcPr>
          <w:p w14:paraId="391E2A1D" w14:textId="77777777" w:rsidR="005606A7" w:rsidRDefault="005606A7">
            <w:pPr>
              <w:spacing w:after="20"/>
            </w:pPr>
          </w:p>
        </w:tc>
      </w:tr>
    </w:tbl>
    <w:p w14:paraId="6FB6ECB8" w14:textId="77777777" w:rsidR="005606A7" w:rsidRDefault="00000000">
      <w:pPr>
        <w:spacing w:before="140" w:after="60"/>
      </w:pPr>
      <w:r>
        <w:rPr>
          <w:b/>
          <w:color w:val="FFFFFF"/>
          <w:sz w:val="20"/>
        </w:rPr>
        <w:t>3. LANA / ESPECTÁCULO O PROYECTO / SHOW OR PROJECT</w:t>
      </w:r>
    </w:p>
    <w:tbl>
      <w:tblPr>
        <w:tblW w:w="0" w:type="auto"/>
        <w:jc w:val="center"/>
        <w:tblBorders>
          <w:top w:val="single" w:sz="4" w:space="0" w:color="C90000"/>
          <w:left w:val="single" w:sz="4" w:space="0" w:color="C90000"/>
          <w:bottom w:val="single" w:sz="4" w:space="0" w:color="C90000"/>
          <w:right w:val="single" w:sz="4" w:space="0" w:color="C90000"/>
          <w:insideH w:val="single" w:sz="4" w:space="0" w:color="C90000"/>
          <w:insideV w:val="single" w:sz="4" w:space="0" w:color="C90000"/>
        </w:tblBorders>
        <w:tblLook w:val="04A0" w:firstRow="1" w:lastRow="0" w:firstColumn="1" w:lastColumn="0" w:noHBand="0" w:noVBand="1"/>
      </w:tblPr>
      <w:tblGrid>
        <w:gridCol w:w="5383"/>
        <w:gridCol w:w="5383"/>
      </w:tblGrid>
      <w:tr w:rsidR="005606A7" w14:paraId="5403A1EB" w14:textId="77777777">
        <w:trPr>
          <w:jc w:val="center"/>
        </w:trPr>
        <w:tc>
          <w:tcPr>
            <w:tcW w:w="10766" w:type="dxa"/>
            <w:gridSpan w:val="2"/>
            <w:shd w:val="clear" w:color="auto" w:fill="C90000"/>
            <w:vAlign w:val="center"/>
          </w:tcPr>
          <w:p w14:paraId="57A4454E" w14:textId="77777777" w:rsidR="005606A7" w:rsidRDefault="00000000">
            <w:pPr>
              <w:spacing w:after="20"/>
            </w:pPr>
            <w:r>
              <w:rPr>
                <w:b/>
                <w:color w:val="FFFFFF"/>
                <w:sz w:val="19"/>
              </w:rPr>
              <w:t>3. LANA / ESPECTÁCULO O PROYECTO / SHOW OR PROJECT</w:t>
            </w:r>
          </w:p>
        </w:tc>
      </w:tr>
      <w:tr w:rsidR="005606A7" w14:paraId="76659DBA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2A679362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Iraupena, baldin badago / Duración, si procede / Duration, if applicable</w:t>
            </w:r>
          </w:p>
        </w:tc>
        <w:tc>
          <w:tcPr>
            <w:tcW w:w="5383" w:type="dxa"/>
            <w:vAlign w:val="center"/>
          </w:tcPr>
          <w:p w14:paraId="628DD65D" w14:textId="77777777" w:rsidR="005606A7" w:rsidRDefault="005606A7">
            <w:pPr>
              <w:spacing w:after="20"/>
            </w:pPr>
          </w:p>
        </w:tc>
      </w:tr>
      <w:tr w:rsidR="005606A7" w14:paraId="0DF12D6A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3360D0A6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Publiko mota / Tipo de público / Target audience</w:t>
            </w:r>
          </w:p>
        </w:tc>
        <w:tc>
          <w:tcPr>
            <w:tcW w:w="5383" w:type="dxa"/>
            <w:vAlign w:val="center"/>
          </w:tcPr>
          <w:p w14:paraId="24312F52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Haurra / Infantil / Children     ☐ Familiarra / Familiar / Family     ☐ Gaztea / Joven / Young audiences     ☐ Heldua / Adulto / Adults</w:t>
            </w:r>
          </w:p>
        </w:tc>
      </w:tr>
      <w:tr w:rsidR="005606A7" w14:paraId="0B998BF5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78680010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Gomendatutako adina / Edad recomendada / Recommended age</w:t>
            </w:r>
          </w:p>
        </w:tc>
        <w:tc>
          <w:tcPr>
            <w:tcW w:w="5383" w:type="dxa"/>
            <w:vAlign w:val="center"/>
          </w:tcPr>
          <w:p w14:paraId="48D76DBB" w14:textId="77777777" w:rsidR="005606A7" w:rsidRDefault="005606A7">
            <w:pPr>
              <w:spacing w:after="20"/>
            </w:pPr>
          </w:p>
        </w:tc>
      </w:tr>
      <w:tr w:rsidR="005606A7" w14:paraId="16097B61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1C9AF47F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Diziplina edo teknika / Disciplina o técnica / Discipline or technique</w:t>
            </w:r>
          </w:p>
        </w:tc>
        <w:tc>
          <w:tcPr>
            <w:tcW w:w="5383" w:type="dxa"/>
            <w:vAlign w:val="center"/>
          </w:tcPr>
          <w:p w14:paraId="7FA27257" w14:textId="77777777" w:rsidR="005606A7" w:rsidRDefault="005606A7">
            <w:pPr>
              <w:spacing w:after="20"/>
            </w:pPr>
          </w:p>
        </w:tc>
      </w:tr>
      <w:tr w:rsidR="005606A7" w14:paraId="1B8EDB20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04CEF0D0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Txotxongilo/objektu/maskararen erabilera / Uso de títeres, objetos o máscaras / Use of puppets, objects or masks</w:t>
            </w:r>
          </w:p>
        </w:tc>
        <w:tc>
          <w:tcPr>
            <w:tcW w:w="5383" w:type="dxa"/>
            <w:vAlign w:val="center"/>
          </w:tcPr>
          <w:p w14:paraId="11F9145C" w14:textId="77777777" w:rsidR="005606A7" w:rsidRDefault="005606A7">
            <w:pPr>
              <w:spacing w:after="20"/>
            </w:pPr>
          </w:p>
        </w:tc>
      </w:tr>
      <w:tr w:rsidR="005606A7" w14:paraId="2E925710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52791BF6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Sortu, garatu edo ikertu nahi den pieza materiala / Pieza material a crear, desarrollar o investigar / Material piece to be created, developed or researched</w:t>
            </w:r>
          </w:p>
        </w:tc>
        <w:tc>
          <w:tcPr>
            <w:tcW w:w="5383" w:type="dxa"/>
            <w:vAlign w:val="center"/>
          </w:tcPr>
          <w:p w14:paraId="0B329532" w14:textId="77777777" w:rsidR="005606A7" w:rsidRDefault="005606A7">
            <w:pPr>
              <w:spacing w:after="20"/>
            </w:pPr>
          </w:p>
        </w:tc>
      </w:tr>
    </w:tbl>
    <w:p w14:paraId="3F22C79F" w14:textId="77777777" w:rsidR="005606A7" w:rsidRDefault="00000000">
      <w:r>
        <w:br w:type="page"/>
      </w:r>
    </w:p>
    <w:p w14:paraId="3450EB31" w14:textId="77777777" w:rsidR="005606A7" w:rsidRDefault="00000000">
      <w:pPr>
        <w:spacing w:before="140" w:after="60"/>
      </w:pPr>
      <w:r>
        <w:rPr>
          <w:b/>
          <w:color w:val="FFFFFF"/>
          <w:sz w:val="20"/>
        </w:rPr>
        <w:lastRenderedPageBreak/>
        <w:t>4. BEHAR TEKNIKOAK / NECESIDADES TÉCNICAS / TECHNICAL NEEDS</w:t>
      </w:r>
    </w:p>
    <w:tbl>
      <w:tblPr>
        <w:tblW w:w="0" w:type="auto"/>
        <w:jc w:val="center"/>
        <w:tblBorders>
          <w:top w:val="single" w:sz="4" w:space="0" w:color="C90000"/>
          <w:left w:val="single" w:sz="4" w:space="0" w:color="C90000"/>
          <w:bottom w:val="single" w:sz="4" w:space="0" w:color="C90000"/>
          <w:right w:val="single" w:sz="4" w:space="0" w:color="C90000"/>
          <w:insideH w:val="single" w:sz="4" w:space="0" w:color="C90000"/>
          <w:insideV w:val="single" w:sz="4" w:space="0" w:color="C90000"/>
        </w:tblBorders>
        <w:tblLook w:val="04A0" w:firstRow="1" w:lastRow="0" w:firstColumn="1" w:lastColumn="0" w:noHBand="0" w:noVBand="1"/>
      </w:tblPr>
      <w:tblGrid>
        <w:gridCol w:w="5383"/>
        <w:gridCol w:w="5383"/>
      </w:tblGrid>
      <w:tr w:rsidR="005606A7" w14:paraId="129B655D" w14:textId="77777777">
        <w:trPr>
          <w:jc w:val="center"/>
        </w:trPr>
        <w:tc>
          <w:tcPr>
            <w:tcW w:w="10766" w:type="dxa"/>
            <w:gridSpan w:val="2"/>
            <w:shd w:val="clear" w:color="auto" w:fill="C90000"/>
            <w:vAlign w:val="center"/>
          </w:tcPr>
          <w:p w14:paraId="1F5B74C5" w14:textId="77777777" w:rsidR="005606A7" w:rsidRDefault="00000000">
            <w:pPr>
              <w:spacing w:after="20"/>
            </w:pPr>
            <w:r>
              <w:rPr>
                <w:b/>
                <w:color w:val="FFFFFF"/>
                <w:sz w:val="19"/>
              </w:rPr>
              <w:t>4. BEHAR TEKNIKOAK / NECESIDADES TÉCNICAS / TECHNICAL NEEDS</w:t>
            </w:r>
          </w:p>
        </w:tc>
      </w:tr>
      <w:tr w:rsidR="005606A7" w14:paraId="360E6B53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6E8C524F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Lan-espazioa / Espacio de trabajo / Working space</w:t>
            </w:r>
          </w:p>
        </w:tc>
        <w:tc>
          <w:tcPr>
            <w:tcW w:w="5383" w:type="dxa"/>
            <w:vAlign w:val="center"/>
          </w:tcPr>
          <w:p w14:paraId="183EA360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Antzokia / Teatro / Theatre  ☐ Tailerra / Taller / Workshop  ☐ Entsegu-gela / Sala de ensayo / Rehearsal room  ☐ Beste bat / Otro / Other</w:t>
            </w:r>
          </w:p>
        </w:tc>
      </w:tr>
      <w:tr w:rsidR="005606A7" w14:paraId="314E5F77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623813A3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Argiztapena / Iluminación / Lighting</w:t>
            </w:r>
          </w:p>
        </w:tc>
        <w:tc>
          <w:tcPr>
            <w:tcW w:w="5383" w:type="dxa"/>
            <w:vAlign w:val="center"/>
          </w:tcPr>
          <w:p w14:paraId="1C562ECE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     Xehetasunak / Detalles / Details:</w:t>
            </w:r>
          </w:p>
        </w:tc>
      </w:tr>
      <w:tr w:rsidR="005606A7" w14:paraId="4A3FF3D1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26B12EC6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Soinua / Sonido / Sound</w:t>
            </w:r>
          </w:p>
        </w:tc>
        <w:tc>
          <w:tcPr>
            <w:tcW w:w="5383" w:type="dxa"/>
            <w:vAlign w:val="center"/>
          </w:tcPr>
          <w:p w14:paraId="765C33E6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     Xehetasunak / Detalles / Details:</w:t>
            </w:r>
          </w:p>
        </w:tc>
      </w:tr>
      <w:tr w:rsidR="005606A7" w14:paraId="671B71AD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12797D1C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Proiekzioa edo ikus-entzunezkoak / Proyección o audiovisuales / Projection or audiovisuals</w:t>
            </w:r>
          </w:p>
        </w:tc>
        <w:tc>
          <w:tcPr>
            <w:tcW w:w="5383" w:type="dxa"/>
            <w:vAlign w:val="center"/>
          </w:tcPr>
          <w:p w14:paraId="59C14907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     Xehetasunak / Detalles / Details:</w:t>
            </w:r>
          </w:p>
        </w:tc>
      </w:tr>
      <w:tr w:rsidR="005606A7" w14:paraId="746B358B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22E4D56A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Kamera beltza / Cámara negra / Black box curtains</w:t>
            </w:r>
          </w:p>
        </w:tc>
        <w:tc>
          <w:tcPr>
            <w:tcW w:w="5383" w:type="dxa"/>
            <w:vAlign w:val="center"/>
          </w:tcPr>
          <w:p w14:paraId="3FDBF5A3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</w:t>
            </w:r>
          </w:p>
        </w:tc>
      </w:tr>
      <w:tr w:rsidR="005606A7" w14:paraId="497C11A9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4FF212B3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Telarra edo altuerako elementuak / Telar o elementos en altura / Gridiron or overhead elements</w:t>
            </w:r>
          </w:p>
        </w:tc>
        <w:tc>
          <w:tcPr>
            <w:tcW w:w="5383" w:type="dxa"/>
            <w:vAlign w:val="center"/>
          </w:tcPr>
          <w:p w14:paraId="14C44AF3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</w:t>
            </w:r>
          </w:p>
        </w:tc>
      </w:tr>
      <w:tr w:rsidR="005606A7" w14:paraId="11B9E2D6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37BE61E1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Lurzorua / Suelo / Floor</w:t>
            </w:r>
          </w:p>
        </w:tc>
        <w:tc>
          <w:tcPr>
            <w:tcW w:w="5383" w:type="dxa"/>
            <w:vAlign w:val="center"/>
          </w:tcPr>
          <w:p w14:paraId="1DBDB448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Arrunta / Normal / Standard   ☐ Dantza-zorua / Suelo de danza / Dance floor   ☐ Babes berezia / Protección especial / Special protection</w:t>
            </w:r>
          </w:p>
        </w:tc>
      </w:tr>
      <w:tr w:rsidR="005606A7" w14:paraId="2C603703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233FD375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Biltegiratzea / Almacenaje / Storage</w:t>
            </w:r>
          </w:p>
        </w:tc>
        <w:tc>
          <w:tcPr>
            <w:tcW w:w="5383" w:type="dxa"/>
            <w:vAlign w:val="center"/>
          </w:tcPr>
          <w:p w14:paraId="629FED51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     Neurriak / Medidas / Dimensions:</w:t>
            </w:r>
          </w:p>
        </w:tc>
      </w:tr>
      <w:tr w:rsidR="005606A7" w14:paraId="70C3B389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022B27DD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Karga-deskarga / Carga y descarga / Loading and unloading</w:t>
            </w:r>
          </w:p>
        </w:tc>
        <w:tc>
          <w:tcPr>
            <w:tcW w:w="5383" w:type="dxa"/>
            <w:vAlign w:val="center"/>
          </w:tcPr>
          <w:p w14:paraId="4CA4FE7C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     Oharrak / Observaciones / Notes:</w:t>
            </w:r>
          </w:p>
        </w:tc>
      </w:tr>
    </w:tbl>
    <w:p w14:paraId="1ECB9378" w14:textId="77777777" w:rsidR="005606A7" w:rsidRDefault="00000000">
      <w:pPr>
        <w:spacing w:before="140" w:after="60"/>
      </w:pPr>
      <w:r>
        <w:rPr>
          <w:b/>
          <w:color w:val="FFFFFF"/>
          <w:sz w:val="20"/>
        </w:rPr>
        <w:t>5. LAGUNTZA ETA LANGILEAK / ACOMPAÑAMIENTO Y PERSONAL / SUPPORT AND STAFF</w:t>
      </w:r>
    </w:p>
    <w:tbl>
      <w:tblPr>
        <w:tblW w:w="0" w:type="auto"/>
        <w:jc w:val="center"/>
        <w:tblBorders>
          <w:top w:val="single" w:sz="4" w:space="0" w:color="C90000"/>
          <w:left w:val="single" w:sz="4" w:space="0" w:color="C90000"/>
          <w:bottom w:val="single" w:sz="4" w:space="0" w:color="C90000"/>
          <w:right w:val="single" w:sz="4" w:space="0" w:color="C90000"/>
          <w:insideH w:val="single" w:sz="4" w:space="0" w:color="C90000"/>
          <w:insideV w:val="single" w:sz="4" w:space="0" w:color="C90000"/>
        </w:tblBorders>
        <w:tblLook w:val="04A0" w:firstRow="1" w:lastRow="0" w:firstColumn="1" w:lastColumn="0" w:noHBand="0" w:noVBand="1"/>
      </w:tblPr>
      <w:tblGrid>
        <w:gridCol w:w="5383"/>
        <w:gridCol w:w="5383"/>
      </w:tblGrid>
      <w:tr w:rsidR="005606A7" w14:paraId="2D8054B1" w14:textId="77777777">
        <w:trPr>
          <w:jc w:val="center"/>
        </w:trPr>
        <w:tc>
          <w:tcPr>
            <w:tcW w:w="10766" w:type="dxa"/>
            <w:gridSpan w:val="2"/>
            <w:shd w:val="clear" w:color="auto" w:fill="C90000"/>
            <w:vAlign w:val="center"/>
          </w:tcPr>
          <w:p w14:paraId="02E53073" w14:textId="77777777" w:rsidR="005606A7" w:rsidRDefault="00000000">
            <w:pPr>
              <w:spacing w:after="20"/>
            </w:pPr>
            <w:r>
              <w:rPr>
                <w:b/>
                <w:color w:val="FFFFFF"/>
                <w:sz w:val="19"/>
              </w:rPr>
              <w:t>5. LAGUNTZA ETA LANGILEAK / ACOMPAÑAMIENTO Y PERSONAL / SUPPORT AND STAFF</w:t>
            </w:r>
          </w:p>
        </w:tc>
      </w:tr>
      <w:tr w:rsidR="005606A7" w14:paraId="45172B94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2F3DC486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Laguntza artistikoa / Acompañamiento artístico / Artistic support</w:t>
            </w:r>
          </w:p>
        </w:tc>
        <w:tc>
          <w:tcPr>
            <w:tcW w:w="5383" w:type="dxa"/>
            <w:vAlign w:val="center"/>
          </w:tcPr>
          <w:p w14:paraId="6FA91853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     Zer motatakoa? / ¿De qué tipo? / What kind?</w:t>
            </w:r>
          </w:p>
        </w:tc>
      </w:tr>
      <w:tr w:rsidR="005606A7" w14:paraId="388769E1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24EF9752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Laguntza teknikoa / Acompañamiento técnico / Technical support</w:t>
            </w:r>
          </w:p>
        </w:tc>
        <w:tc>
          <w:tcPr>
            <w:tcW w:w="5383" w:type="dxa"/>
            <w:vAlign w:val="center"/>
          </w:tcPr>
          <w:p w14:paraId="168CF45E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     Zer motatakoa? / ¿De qué tipo? / What kind?</w:t>
            </w:r>
          </w:p>
        </w:tc>
      </w:tr>
      <w:tr w:rsidR="005606A7" w14:paraId="746FB595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3DF5AB43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Ekoizpen-laguntza / Acompañamiento de producción / Production support</w:t>
            </w:r>
          </w:p>
        </w:tc>
        <w:tc>
          <w:tcPr>
            <w:tcW w:w="5383" w:type="dxa"/>
            <w:vAlign w:val="center"/>
          </w:tcPr>
          <w:p w14:paraId="14B810F8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     Zer motatakoa? / ¿De qué tipo? / What kind?</w:t>
            </w:r>
          </w:p>
        </w:tc>
      </w:tr>
      <w:tr w:rsidR="005606A7" w14:paraId="24341518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7C961DDF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Konpainiak teknikaria ekarriko du? / ¿La compañía traerá técnico/a? / Will the company bring a technician?</w:t>
            </w:r>
          </w:p>
        </w:tc>
        <w:tc>
          <w:tcPr>
            <w:tcW w:w="5383" w:type="dxa"/>
            <w:vAlign w:val="center"/>
          </w:tcPr>
          <w:p w14:paraId="2604E0E2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</w:t>
            </w:r>
          </w:p>
        </w:tc>
      </w:tr>
      <w:tr w:rsidR="005606A7" w14:paraId="483513AD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7D1A0F22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Topic.eko langileen beharra / Necesidad de personal de Topic. / Need for Topic. staff</w:t>
            </w:r>
          </w:p>
        </w:tc>
        <w:tc>
          <w:tcPr>
            <w:tcW w:w="5383" w:type="dxa"/>
            <w:vAlign w:val="center"/>
          </w:tcPr>
          <w:p w14:paraId="6BC38E40" w14:textId="77777777" w:rsidR="005606A7" w:rsidRDefault="005606A7">
            <w:pPr>
              <w:spacing w:after="20"/>
            </w:pPr>
          </w:p>
        </w:tc>
      </w:tr>
    </w:tbl>
    <w:p w14:paraId="3740B960" w14:textId="77777777" w:rsidR="005606A7" w:rsidRDefault="00000000">
      <w:pPr>
        <w:spacing w:before="140" w:after="60"/>
      </w:pPr>
      <w:r>
        <w:rPr>
          <w:b/>
          <w:color w:val="FFFFFF"/>
          <w:sz w:val="20"/>
        </w:rPr>
        <w:t>6. MATERIALAK ETA BALIABIDEAK / MATERIALES Y RECURSOS / MATERIALS AND RESOURCES</w:t>
      </w:r>
    </w:p>
    <w:tbl>
      <w:tblPr>
        <w:tblW w:w="0" w:type="auto"/>
        <w:jc w:val="center"/>
        <w:tblBorders>
          <w:top w:val="single" w:sz="4" w:space="0" w:color="C90000"/>
          <w:left w:val="single" w:sz="4" w:space="0" w:color="C90000"/>
          <w:bottom w:val="single" w:sz="4" w:space="0" w:color="C90000"/>
          <w:right w:val="single" w:sz="4" w:space="0" w:color="C90000"/>
          <w:insideH w:val="single" w:sz="4" w:space="0" w:color="C90000"/>
          <w:insideV w:val="single" w:sz="4" w:space="0" w:color="C90000"/>
        </w:tblBorders>
        <w:tblLook w:val="04A0" w:firstRow="1" w:lastRow="0" w:firstColumn="1" w:lastColumn="0" w:noHBand="0" w:noVBand="1"/>
      </w:tblPr>
      <w:tblGrid>
        <w:gridCol w:w="5383"/>
        <w:gridCol w:w="5383"/>
      </w:tblGrid>
      <w:tr w:rsidR="005606A7" w14:paraId="31106302" w14:textId="77777777">
        <w:trPr>
          <w:jc w:val="center"/>
        </w:trPr>
        <w:tc>
          <w:tcPr>
            <w:tcW w:w="10766" w:type="dxa"/>
            <w:gridSpan w:val="2"/>
            <w:shd w:val="clear" w:color="auto" w:fill="C90000"/>
            <w:vAlign w:val="center"/>
          </w:tcPr>
          <w:p w14:paraId="4914766F" w14:textId="77777777" w:rsidR="005606A7" w:rsidRDefault="00000000">
            <w:pPr>
              <w:spacing w:after="20"/>
            </w:pPr>
            <w:r>
              <w:rPr>
                <w:b/>
                <w:color w:val="FFFFFF"/>
                <w:sz w:val="19"/>
              </w:rPr>
              <w:t>6. MATERIALAK ETA BALIABIDEAK / MATERIALES Y RECURSOS / MATERIALS AND RESOURCES</w:t>
            </w:r>
          </w:p>
        </w:tc>
      </w:tr>
      <w:tr w:rsidR="005606A7" w14:paraId="5FBAC658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5CB2FFAB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Konpainiak ekarriko dituen materialak / Materiales que aporta la compañía / Materials provided by the company</w:t>
            </w:r>
          </w:p>
        </w:tc>
        <w:tc>
          <w:tcPr>
            <w:tcW w:w="5383" w:type="dxa"/>
            <w:vAlign w:val="center"/>
          </w:tcPr>
          <w:p w14:paraId="5A0728F3" w14:textId="77777777" w:rsidR="005606A7" w:rsidRDefault="005606A7">
            <w:pPr>
              <w:spacing w:after="20"/>
            </w:pPr>
          </w:p>
        </w:tc>
      </w:tr>
      <w:tr w:rsidR="005606A7" w14:paraId="4B108893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1B581688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Topic.i eskatzen zaizkion materialak / Materiales solicitados a Topic. / Materials requested from Topic.</w:t>
            </w:r>
          </w:p>
        </w:tc>
        <w:tc>
          <w:tcPr>
            <w:tcW w:w="5383" w:type="dxa"/>
            <w:vAlign w:val="center"/>
          </w:tcPr>
          <w:p w14:paraId="1D651CDA" w14:textId="77777777" w:rsidR="005606A7" w:rsidRDefault="005606A7">
            <w:pPr>
              <w:spacing w:after="20"/>
            </w:pPr>
          </w:p>
        </w:tc>
      </w:tr>
      <w:tr w:rsidR="005606A7" w14:paraId="39418B48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54543DC7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Tresnak edo ekipamendua / Herramientas o equipamiento / Tools or equipment</w:t>
            </w:r>
          </w:p>
        </w:tc>
        <w:tc>
          <w:tcPr>
            <w:tcW w:w="5383" w:type="dxa"/>
            <w:vAlign w:val="center"/>
          </w:tcPr>
          <w:p w14:paraId="3ED2D4FC" w14:textId="77777777" w:rsidR="005606A7" w:rsidRDefault="005606A7">
            <w:pPr>
              <w:spacing w:after="20"/>
            </w:pPr>
          </w:p>
        </w:tc>
      </w:tr>
      <w:tr w:rsidR="005606A7" w14:paraId="16334EB8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22892ACA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Segurtasunari buruzko oharrak / Observaciones de seguridad / Safety notes</w:t>
            </w:r>
          </w:p>
        </w:tc>
        <w:tc>
          <w:tcPr>
            <w:tcW w:w="5383" w:type="dxa"/>
            <w:vAlign w:val="center"/>
          </w:tcPr>
          <w:p w14:paraId="033B54DD" w14:textId="77777777" w:rsidR="005606A7" w:rsidRDefault="005606A7">
            <w:pPr>
              <w:spacing w:after="20"/>
            </w:pPr>
          </w:p>
        </w:tc>
      </w:tr>
    </w:tbl>
    <w:p w14:paraId="495FB7AC" w14:textId="77777777" w:rsidR="005606A7" w:rsidRDefault="00000000">
      <w:pPr>
        <w:spacing w:before="140" w:after="60"/>
      </w:pPr>
      <w:r>
        <w:rPr>
          <w:b/>
          <w:color w:val="FFFFFF"/>
          <w:sz w:val="20"/>
        </w:rPr>
        <w:t>7. IREKIERA PUBLIKOA EDO BITARTEKARITZA / APERTURA PÚBLICA O MEDIACIÓN / PUBLIC SHARING OR MEDIATION</w:t>
      </w:r>
    </w:p>
    <w:tbl>
      <w:tblPr>
        <w:tblW w:w="0" w:type="auto"/>
        <w:jc w:val="center"/>
        <w:tblBorders>
          <w:top w:val="single" w:sz="4" w:space="0" w:color="C90000"/>
          <w:left w:val="single" w:sz="4" w:space="0" w:color="C90000"/>
          <w:bottom w:val="single" w:sz="4" w:space="0" w:color="C90000"/>
          <w:right w:val="single" w:sz="4" w:space="0" w:color="C90000"/>
          <w:insideH w:val="single" w:sz="4" w:space="0" w:color="C90000"/>
          <w:insideV w:val="single" w:sz="4" w:space="0" w:color="C90000"/>
        </w:tblBorders>
        <w:tblLook w:val="04A0" w:firstRow="1" w:lastRow="0" w:firstColumn="1" w:lastColumn="0" w:noHBand="0" w:noVBand="1"/>
      </w:tblPr>
      <w:tblGrid>
        <w:gridCol w:w="5383"/>
        <w:gridCol w:w="5383"/>
      </w:tblGrid>
      <w:tr w:rsidR="005606A7" w14:paraId="015445A6" w14:textId="77777777">
        <w:trPr>
          <w:jc w:val="center"/>
        </w:trPr>
        <w:tc>
          <w:tcPr>
            <w:tcW w:w="10766" w:type="dxa"/>
            <w:gridSpan w:val="2"/>
            <w:shd w:val="clear" w:color="auto" w:fill="C90000"/>
            <w:vAlign w:val="center"/>
          </w:tcPr>
          <w:p w14:paraId="78160F42" w14:textId="77777777" w:rsidR="005606A7" w:rsidRDefault="00000000">
            <w:pPr>
              <w:spacing w:after="20"/>
            </w:pPr>
            <w:r>
              <w:rPr>
                <w:b/>
                <w:color w:val="FFFFFF"/>
                <w:sz w:val="19"/>
              </w:rPr>
              <w:t>7. IREKIERA PUBLIKOA EDO BITARTEKARITZA / APERTURA PÚBLICA O MEDIACIÓN / PUBLIC SHARING OR MEDIATION</w:t>
            </w:r>
          </w:p>
        </w:tc>
      </w:tr>
      <w:tr w:rsidR="005606A7" w14:paraId="2E5E0572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1900AFB9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Prozesuaren irekiera publikoa egiteko interesa / Interés en realizar apertura pública del proceso / Interest in a public sharing of the process</w:t>
            </w:r>
          </w:p>
        </w:tc>
        <w:tc>
          <w:tcPr>
            <w:tcW w:w="5383" w:type="dxa"/>
            <w:vAlign w:val="center"/>
          </w:tcPr>
          <w:p w14:paraId="4A620B73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Bai / Sí / Yes   ☐ Ez / No   ☐ Baloratzeko / A valorar / To be discussed</w:t>
            </w:r>
          </w:p>
        </w:tc>
      </w:tr>
      <w:tr w:rsidR="005606A7" w14:paraId="7F9ED691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6803AD4B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Formatua / Formato / Format</w:t>
            </w:r>
          </w:p>
        </w:tc>
        <w:tc>
          <w:tcPr>
            <w:tcW w:w="5383" w:type="dxa"/>
            <w:vAlign w:val="center"/>
          </w:tcPr>
          <w:p w14:paraId="701C1001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Erakustaldia / Muestra / Showing   ☐ Elkarrizketa / Conversación / Conversation   ☐ Tailerra / Taller / Workshop   ☐ Beste bat / Otro / Other</w:t>
            </w:r>
          </w:p>
        </w:tc>
      </w:tr>
      <w:tr w:rsidR="005606A7" w14:paraId="0A256DBA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0B9A8193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Publiko edo komunitate zehatza / Público o comunidad específica / Specific audience or community</w:t>
            </w:r>
          </w:p>
        </w:tc>
        <w:tc>
          <w:tcPr>
            <w:tcW w:w="5383" w:type="dxa"/>
            <w:vAlign w:val="center"/>
          </w:tcPr>
          <w:p w14:paraId="4169927C" w14:textId="77777777" w:rsidR="005606A7" w:rsidRDefault="005606A7">
            <w:pPr>
              <w:spacing w:after="20"/>
            </w:pPr>
          </w:p>
        </w:tc>
      </w:tr>
      <w:tr w:rsidR="005606A7" w14:paraId="2B0841D3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58EF2168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Bitartekaritzarako aukerak / Posibilidades de mediación / Mediation possibilities</w:t>
            </w:r>
          </w:p>
        </w:tc>
        <w:tc>
          <w:tcPr>
            <w:tcW w:w="5383" w:type="dxa"/>
            <w:vAlign w:val="center"/>
          </w:tcPr>
          <w:p w14:paraId="68E16C65" w14:textId="77777777" w:rsidR="005606A7" w:rsidRDefault="005606A7">
            <w:pPr>
              <w:spacing w:after="20"/>
            </w:pPr>
          </w:p>
        </w:tc>
      </w:tr>
    </w:tbl>
    <w:p w14:paraId="76D1FB0A" w14:textId="77777777" w:rsidR="005606A7" w:rsidRDefault="00000000">
      <w:r>
        <w:br w:type="page"/>
      </w:r>
    </w:p>
    <w:p w14:paraId="7098A218" w14:textId="77777777" w:rsidR="005606A7" w:rsidRDefault="00000000">
      <w:pPr>
        <w:spacing w:before="140" w:after="60"/>
      </w:pPr>
      <w:r>
        <w:rPr>
          <w:b/>
          <w:color w:val="FFFFFF"/>
          <w:sz w:val="20"/>
        </w:rPr>
        <w:t>8. BESTE BEHAR BATZUK / OTRAS NECESIDADES / OTHER NEEDS</w:t>
      </w:r>
    </w:p>
    <w:tbl>
      <w:tblPr>
        <w:tblW w:w="0" w:type="auto"/>
        <w:jc w:val="center"/>
        <w:tblBorders>
          <w:top w:val="single" w:sz="4" w:space="0" w:color="C90000"/>
          <w:left w:val="single" w:sz="4" w:space="0" w:color="C90000"/>
          <w:bottom w:val="single" w:sz="4" w:space="0" w:color="C90000"/>
          <w:right w:val="single" w:sz="4" w:space="0" w:color="C90000"/>
          <w:insideH w:val="single" w:sz="4" w:space="0" w:color="C90000"/>
          <w:insideV w:val="single" w:sz="4" w:space="0" w:color="C90000"/>
        </w:tblBorders>
        <w:tblLook w:val="04A0" w:firstRow="1" w:lastRow="0" w:firstColumn="1" w:lastColumn="0" w:noHBand="0" w:noVBand="1"/>
      </w:tblPr>
      <w:tblGrid>
        <w:gridCol w:w="10766"/>
      </w:tblGrid>
      <w:tr w:rsidR="005606A7" w14:paraId="5BB45F6E" w14:textId="77777777">
        <w:trPr>
          <w:jc w:val="center"/>
        </w:trPr>
        <w:tc>
          <w:tcPr>
            <w:tcW w:w="10766" w:type="dxa"/>
            <w:shd w:val="clear" w:color="auto" w:fill="C90000"/>
            <w:vAlign w:val="center"/>
          </w:tcPr>
          <w:p w14:paraId="2A8F6F7A" w14:textId="77777777" w:rsidR="005606A7" w:rsidRDefault="00000000">
            <w:pPr>
              <w:spacing w:after="20"/>
            </w:pPr>
            <w:r>
              <w:rPr>
                <w:b/>
                <w:color w:val="FFFFFF"/>
                <w:sz w:val="19"/>
              </w:rPr>
              <w:t>8. BESTE BEHAR BATZUK / OTRAS NECESIDADES / OTHER NEEDS</w:t>
            </w:r>
          </w:p>
        </w:tc>
      </w:tr>
      <w:tr w:rsidR="005606A7" w14:paraId="5BD6DAC6" w14:textId="77777777">
        <w:tblPrEx>
          <w:jc w:val="left"/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c>
          <w:tcPr>
            <w:tcW w:w="10766" w:type="dxa"/>
            <w:vAlign w:val="center"/>
          </w:tcPr>
          <w:p w14:paraId="31BDDD12" w14:textId="77777777" w:rsidR="005606A7" w:rsidRDefault="00000000">
            <w:pPr>
              <w:spacing w:after="2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5C93B299" w14:textId="77777777" w:rsidR="005606A7" w:rsidRDefault="00000000">
      <w:pPr>
        <w:spacing w:before="140" w:after="60"/>
      </w:pPr>
      <w:r>
        <w:rPr>
          <w:b/>
          <w:color w:val="FFFFFF"/>
          <w:sz w:val="20"/>
        </w:rPr>
        <w:t>9. ERANSKINAK ETA SINADURA / ANEXOS Y FIRMA / ATTACHMENTS AND SIGNATURE</w:t>
      </w:r>
    </w:p>
    <w:tbl>
      <w:tblPr>
        <w:tblW w:w="0" w:type="auto"/>
        <w:jc w:val="center"/>
        <w:tblBorders>
          <w:top w:val="single" w:sz="4" w:space="0" w:color="C90000"/>
          <w:left w:val="single" w:sz="4" w:space="0" w:color="C90000"/>
          <w:bottom w:val="single" w:sz="4" w:space="0" w:color="C90000"/>
          <w:right w:val="single" w:sz="4" w:space="0" w:color="C90000"/>
          <w:insideH w:val="single" w:sz="4" w:space="0" w:color="C90000"/>
          <w:insideV w:val="single" w:sz="4" w:space="0" w:color="C90000"/>
        </w:tblBorders>
        <w:tblLook w:val="04A0" w:firstRow="1" w:lastRow="0" w:firstColumn="1" w:lastColumn="0" w:noHBand="0" w:noVBand="1"/>
      </w:tblPr>
      <w:tblGrid>
        <w:gridCol w:w="5383"/>
        <w:gridCol w:w="5383"/>
      </w:tblGrid>
      <w:tr w:rsidR="005606A7" w14:paraId="507CBD18" w14:textId="77777777">
        <w:trPr>
          <w:jc w:val="center"/>
        </w:trPr>
        <w:tc>
          <w:tcPr>
            <w:tcW w:w="10766" w:type="dxa"/>
            <w:gridSpan w:val="2"/>
            <w:shd w:val="clear" w:color="auto" w:fill="C90000"/>
            <w:vAlign w:val="center"/>
          </w:tcPr>
          <w:p w14:paraId="29377B2A" w14:textId="77777777" w:rsidR="005606A7" w:rsidRDefault="00000000">
            <w:pPr>
              <w:spacing w:after="20"/>
            </w:pPr>
            <w:r>
              <w:rPr>
                <w:b/>
                <w:color w:val="FFFFFF"/>
                <w:sz w:val="19"/>
              </w:rPr>
              <w:t>9. ERANSKINAK ETA SINADURA / ANEXOS Y FIRMA / ATTACHMENTS AND SIGNATURE</w:t>
            </w:r>
          </w:p>
        </w:tc>
      </w:tr>
      <w:tr w:rsidR="005606A7" w14:paraId="7667B9D6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5C6F1C75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Erantsitako dokumentuak / Documentos adjuntos / Attached documents</w:t>
            </w:r>
          </w:p>
        </w:tc>
        <w:tc>
          <w:tcPr>
            <w:tcW w:w="5383" w:type="dxa"/>
            <w:vAlign w:val="center"/>
          </w:tcPr>
          <w:p w14:paraId="2DA38D12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t>☐ Rider teknikoa / Rider técnico / Technical rider   ☐ Argazkiak / Fotos / Photos   ☐ Bideoak / Vídeos / Videos   ☐ Beste batzuk / Otros / Others</w:t>
            </w:r>
          </w:p>
        </w:tc>
      </w:tr>
      <w:tr w:rsidR="005606A7" w14:paraId="77729F44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04513FD5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Lekua eta data / Lugar y fecha / Place and date</w:t>
            </w:r>
          </w:p>
        </w:tc>
        <w:tc>
          <w:tcPr>
            <w:tcW w:w="5383" w:type="dxa"/>
            <w:vAlign w:val="center"/>
          </w:tcPr>
          <w:p w14:paraId="3C0A6FDF" w14:textId="77777777" w:rsidR="005606A7" w:rsidRDefault="005606A7">
            <w:pPr>
              <w:spacing w:after="20"/>
            </w:pPr>
          </w:p>
        </w:tc>
      </w:tr>
      <w:tr w:rsidR="005606A7" w14:paraId="594066CE" w14:textId="77777777">
        <w:tblPrEx>
          <w:tblBorders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  <w:insideH w:val="single" w:sz="4" w:space="0" w:color="777777"/>
            <w:insideV w:val="single" w:sz="4" w:space="0" w:color="777777"/>
          </w:tblBorders>
        </w:tblPrEx>
        <w:trPr>
          <w:jc w:val="center"/>
        </w:trPr>
        <w:tc>
          <w:tcPr>
            <w:tcW w:w="5383" w:type="dxa"/>
            <w:shd w:val="clear" w:color="auto" w:fill="F2F2F2"/>
            <w:vAlign w:val="center"/>
          </w:tcPr>
          <w:p w14:paraId="0354EB11" w14:textId="77777777" w:rsidR="005606A7" w:rsidRDefault="00000000">
            <w:pPr>
              <w:spacing w:after="20"/>
            </w:pPr>
            <w:r>
              <w:rPr>
                <w:b/>
                <w:sz w:val="16"/>
              </w:rPr>
              <w:t>Sinadura / Firma / Signature</w:t>
            </w:r>
          </w:p>
        </w:tc>
        <w:tc>
          <w:tcPr>
            <w:tcW w:w="5383" w:type="dxa"/>
            <w:vAlign w:val="center"/>
          </w:tcPr>
          <w:p w14:paraId="6BCAAC49" w14:textId="77777777" w:rsidR="005606A7" w:rsidRDefault="00000000">
            <w:pPr>
              <w:spacing w:after="20"/>
            </w:pPr>
            <w:r>
              <w:rPr>
                <w:color w:val="787878"/>
                <w:sz w:val="16"/>
              </w:rPr>
              <w:br/>
            </w:r>
            <w:r>
              <w:rPr>
                <w:color w:val="787878"/>
                <w:sz w:val="16"/>
              </w:rPr>
              <w:br/>
            </w:r>
          </w:p>
        </w:tc>
      </w:tr>
    </w:tbl>
    <w:p w14:paraId="16B4C82D" w14:textId="77777777" w:rsidR="00650B22" w:rsidRDefault="00650B22"/>
    <w:sectPr w:rsidR="00650B22" w:rsidSect="00034616">
      <w:headerReference w:type="default" r:id="rId8"/>
      <w:footerReference w:type="default" r:id="rId9"/>
      <w:pgSz w:w="12240" w:h="15840"/>
      <w:pgMar w:top="794" w:right="737" w:bottom="680" w:left="7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65E77" w14:textId="77777777" w:rsidR="00650B22" w:rsidRDefault="00650B22">
      <w:pPr>
        <w:spacing w:after="0" w:line="240" w:lineRule="auto"/>
      </w:pPr>
      <w:r>
        <w:separator/>
      </w:r>
    </w:p>
  </w:endnote>
  <w:endnote w:type="continuationSeparator" w:id="0">
    <w:p w14:paraId="28FD8F3A" w14:textId="77777777" w:rsidR="00650B22" w:rsidRDefault="00650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45DB8" w14:textId="175133AF" w:rsidR="005606A7" w:rsidRDefault="005606A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1D54F" w14:textId="77777777" w:rsidR="00650B22" w:rsidRDefault="00650B22">
      <w:pPr>
        <w:spacing w:after="0" w:line="240" w:lineRule="auto"/>
      </w:pPr>
      <w:r>
        <w:separator/>
      </w:r>
    </w:p>
  </w:footnote>
  <w:footnote w:type="continuationSeparator" w:id="0">
    <w:p w14:paraId="10FBDB7A" w14:textId="77777777" w:rsidR="00650B22" w:rsidRDefault="00650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F301" w14:textId="2054DF89" w:rsidR="005606A7" w:rsidRDefault="00245D38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08A42" wp14:editId="473BE5E5">
          <wp:simplePos x="0" y="0"/>
          <wp:positionH relativeFrom="margin">
            <wp:posOffset>5751195</wp:posOffset>
          </wp:positionH>
          <wp:positionV relativeFrom="margin">
            <wp:posOffset>-539750</wp:posOffset>
          </wp:positionV>
          <wp:extent cx="1076325" cy="400097"/>
          <wp:effectExtent l="0" t="0" r="0" b="0"/>
          <wp:wrapSquare wrapText="bothSides"/>
          <wp:docPr id="3202616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261631" name="Imagen 32026163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6325" cy="4000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5102"/>
      <w:gridCol w:w="5102"/>
    </w:tblGrid>
    <w:tr w:rsidR="005606A7" w14:paraId="75DB21F8" w14:textId="77777777">
      <w:trPr>
        <w:jc w:val="center"/>
      </w:trPr>
      <w:tc>
        <w:tcPr>
          <w:tcW w:w="5102" w:type="dxa"/>
          <w:vAlign w:val="center"/>
        </w:tcPr>
        <w:p w14:paraId="627C52AA" w14:textId="77777777" w:rsidR="005606A7" w:rsidRPr="00281C69" w:rsidRDefault="00000000">
          <w:pPr>
            <w:rPr>
              <w:sz w:val="16"/>
              <w:szCs w:val="16"/>
            </w:rPr>
          </w:pPr>
          <w:r w:rsidRPr="00281C69">
            <w:rPr>
              <w:b/>
              <w:sz w:val="16"/>
              <w:szCs w:val="16"/>
            </w:rPr>
            <w:t>SCENITERIUM · EGONALDIEN FITXA / FICHA DE RESIDENCIA / RESIDENCY FORM</w:t>
          </w:r>
        </w:p>
      </w:tc>
      <w:tc>
        <w:tcPr>
          <w:tcW w:w="5102" w:type="dxa"/>
          <w:vAlign w:val="center"/>
        </w:tcPr>
        <w:p w14:paraId="567C33C6" w14:textId="76A12D54" w:rsidR="005606A7" w:rsidRDefault="005606A7">
          <w:pPr>
            <w:jc w:val="right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1643664">
    <w:abstractNumId w:val="8"/>
  </w:num>
  <w:num w:numId="2" w16cid:durableId="1135561801">
    <w:abstractNumId w:val="6"/>
  </w:num>
  <w:num w:numId="3" w16cid:durableId="1337538813">
    <w:abstractNumId w:val="5"/>
  </w:num>
  <w:num w:numId="4" w16cid:durableId="1594432401">
    <w:abstractNumId w:val="4"/>
  </w:num>
  <w:num w:numId="5" w16cid:durableId="979387548">
    <w:abstractNumId w:val="7"/>
  </w:num>
  <w:num w:numId="6" w16cid:durableId="122162303">
    <w:abstractNumId w:val="3"/>
  </w:num>
  <w:num w:numId="7" w16cid:durableId="1131560081">
    <w:abstractNumId w:val="2"/>
  </w:num>
  <w:num w:numId="8" w16cid:durableId="1951282367">
    <w:abstractNumId w:val="1"/>
  </w:num>
  <w:num w:numId="9" w16cid:durableId="76330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185D"/>
    <w:rsid w:val="00245D38"/>
    <w:rsid w:val="00281C69"/>
    <w:rsid w:val="0029639D"/>
    <w:rsid w:val="00326F90"/>
    <w:rsid w:val="00404AE7"/>
    <w:rsid w:val="004D0550"/>
    <w:rsid w:val="005606A7"/>
    <w:rsid w:val="00650B22"/>
    <w:rsid w:val="00AA1D8D"/>
    <w:rsid w:val="00B47730"/>
    <w:rsid w:val="00CB0664"/>
    <w:rsid w:val="00F91D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8E2BE9"/>
  <w14:defaultImageDpi w14:val="300"/>
  <w15:docId w15:val="{49118139-F3D2-44AC-9C60-A160AE65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/>
    </w:pPr>
    <w:rPr>
      <w:rFonts w:ascii="Arial" w:eastAsia="Arial" w:hAnsi="Arial"/>
      <w:sz w:val="17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1052</Words>
  <Characters>5790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ToPIC Produccion[Liz Grajales]</cp:lastModifiedBy>
  <cp:revision>3</cp:revision>
  <dcterms:created xsi:type="dcterms:W3CDTF">2013-12-23T23:15:00Z</dcterms:created>
  <dcterms:modified xsi:type="dcterms:W3CDTF">2026-05-28T14:00:00Z</dcterms:modified>
  <cp:category/>
</cp:coreProperties>
</file>